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פ״י/ו · מאמן הבלש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חמשת צעדי שיטת הבלש עד למציאת השורש.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🕵️ מאמן הבלש (פ״י/ו).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מזהים את הבניין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משמיטים את האותיות המוספיות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סופרים כמה אותיות נשארו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מחליטים איזו אות חסרה או נחה – ואיפה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כותבים את השורש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יָשַׁן · קל · נשארו: י־ש־ן · שורש: י/ו־ש־ן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הוֹרִיד · הפעיל · נשארו: ו־ר־ד · שורש: 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הוֹסִיף · הפעיל · נשארו: ו־ס־ף · שורש: י/ו־ס־ף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נוֹלַד · נפעל · נשארו: ו־ל־ד · שורש: י/ו־ל־ד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י/ו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י/ו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🕵️ פ״י/ו · מאמן הבלש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מאמן הבלש.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י/ו־ב־ל  |  י/ו־ד־ע  |  י/ו־ל־ד  |  י/ו־ס־ף  |  י/ו־ר־ד  |  י/ו־ש־ב  |  י/ו־ש־ן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סדר הצעדים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מספרו את צעדי הבלש לפי הסדר (1–6).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מחליטים איזו אות חסרה או נחה – ואיפה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משמיטים את האותיות המוספיות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מזהים את הבניין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סופרים כמה אותיות נשארו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כותבים את השורש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מעבירים ל„הוא אתמול”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מלאו את הטבלה לפי חמשת הצעדים. בעמודה „נשארו” כתבו את האותיות שנשארו אחרי השמטת המוספיות.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אִישַׁן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יָשַׁן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הוֹרִידָה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הוֹרִיד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הוֹסִיף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הוֹסִיף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נוֹלַד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נוֹלַד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צעד ההחלטה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נשארו ו־ד־ע. מה עושים?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 בהתחלה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י/ו בהתחלה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נשארו ו־ש־ב. מה עושים?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 בהתחלה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י/ו בהתחלה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דוח בלש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פועל אחד מהטבלה וכתבו „דוח חקירה”: מה עשיתם בכל צעד ואיך הגעתם לשורש.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צעד 1–5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מה הרמז החשוב ביותר?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„הוֹדִיעוּ”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פ״י/ו · מאמן הבלש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