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פ״נ · מיון לפי גזרה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למיין פעלים לפי גזרה ולנמק את המיון.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חט״ב–תיכון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🗂️ מיון לפי גזרה (פ״נ).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🟣 פ״נ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הִכַּרְתִּי, הִפִּילָה, הִגִּיעַ, נָפַל, נָסַעְנוּ, נִגַּשׁ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 אחרת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זָז, נוֹתְרָה, הֵכִין, הוּרַד, הוּבַל, כִּבָּה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בקל עבר הנ׳ נשמעת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הֵקִים – ע״ו/י; הִפִּיל –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🗂️ פ״נ · מיון לפי גזרה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בדף זה תתרגלו מיון לפי גזרה – להשוואה: חסרי פ״נ – הנ׳ שנבלעת. עבדו לפי חמשת צעדי הבלש: „הוא אתמול”, בניין, השמטת מוספיות, ספירה, החלטה.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מיון: פ״נ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כל פועל בעמודה המתאימה.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הוּרַד  |  הִכַּרְתִּי  |  נִגַּשׁ  |  הֵכִין  |  נוֹתְרָה  |  הִפִּילָה  |  כִּבָּה  |  הוּבַל  |  זָז  |  נָסַעְנוּ  |  נָפַל  |  הִגִּיעַ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🟣 פ״נ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גזרה אחרת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נכון / לא נכון. אם לא נכון – תקנו בעל פה או בשוליים.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בחסרי פ״נ האות הראשונה בשורש היא נ׳.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בהִפִּיל הדגש בפ׳ בא במקום נ׳ שנבלעה.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בנָפַל (קל, עבר) הנ׳ נבלעת.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הֵקִים והִפִּיל שייכים לאותה גזרה.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ביִפֹּל יש דגש בפ׳.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מה הסימן?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לאיזו גזרה שייך „נָפַל”?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ע״ו/י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פ״נ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פ״י/ו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לאיזו גזרה שייך „הִפִּילָה”?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פ״י/ו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ע״ו/י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פ״נ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לאיזו גזרה שייך „הִגַּשְׁנוּ”?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ע״ו/י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פ״נ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פ״י/ו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לאיזו גזרה שייך „הֻגַּשׁ”?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פ״י/ו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ע״ו/י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פ״נ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הסבר המיון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שני פעלים שמיינתם לעמודות שונות. הסבירו לפי איזה סימן החלטתם.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השתמשו במילים: דגש, אות נחה, „הוא אתמול”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„הִצִּיל”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פ״נ · מיון לפי גזרה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