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הִכַּרְתִּי, נָסַעְנוּ, הִגַּשְׁנוּ, הִפִּילָה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קָם, הֵרִים, נִבְנָה, עָלָה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פ״נ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פ״נ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נִבְנָה  |  הִפִּילָה  |  עָלָה  |  הִכַּרְתִּי  |  קָם  |  הֵרִים  |  נָסַעְנוּ  |  הִגַּשְׁנוּ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„הִגַּשְׁנוּ”?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„נָסַעְנוּ”?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„הִגִּיעַ”?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„נָסַעְנוּ”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