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מיון לפי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🗂️ מיון לפי גזרה (פ״נ).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הִגִּיעַ, הִגַּשְׁנוּ, הִכַּרְתִּי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יָרַד, לָשִׁיר, בָּנוּ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בקל עבר הנ׳ נשמעת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פ״נ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מיון לפי גזרה.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נ־ב־ט  |  נ־ג־ע  |  נ־ג־ש  |  נ־כ־ר  |  נ־ס־ע  |  נ־פ־ל  |  נ־צ־ל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פ״נ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לָשִׁיר  |  בָּנוּ  |  הִכַּרְתִּי  |  יָרַד  |  הִגִּיעַ  |  הִגַּשְׁנוּ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🟣 פ״נ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בחסרי פ״נ האות הראשונה בשורש היא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בהִפִּיל הדגש בפ׳ בא במקום נ׳ שנבלעה.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בנָפַל (קל, עבר) הנ׳ נבלעת.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לאיזו גזרה שייך „נָפַל”?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לאיזו גזרה שייך „הִבִּיט”?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ע״ו/י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„נָסַעְנוּ”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מיון לפי גזרה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