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חידון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🏆 חידון (פ״נ).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נ־ס־ע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שנבלעה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נָפַל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בקל עבר הנ׳ נשמעת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הֵקִים – ע״ו/י; הִפִּיל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היא מוספית של נפעל (כ־נ־ס)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 באות הראשונה ← נ׳ חסרה (נ־פ־ל); בלי דגש ← י/ו באמצע (ק־י/ו־ם).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פ״נ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חידון – להשוואה: חסרי פ״נ – הנ׳ שנבלעת.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השורש של „הִפִּילָה”?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נ־פ־ל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פ־י/ו־ל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י/ו־פ־ל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פ־ל־י/ה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השורש של „יִפֹּל”?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נ־פ־ל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י/ו־פ־ל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פ־ל־י/ה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פ־י/ו־ל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„נָסַעְנוּ”?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י/ו־ס־ע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ס־י/ו־ע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נ־ס־ע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ס־ע־י/ה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„הִבִּיט”?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ב־ט־י/ה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ב־י/ו־ט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נ־ב־ט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י/ו־ב־ט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לאיזו גזרה שייך „הִגִּיעַ”?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ל״ה/י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לאיזו גזרה שייך „נָפַל”?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לאיזו גזרה שייך „הִכַּרְתִּי”?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מה מסמן הדגש בהִפִּיל?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שנבלעה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בניין פיעל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באיזה פועל הנ׳ נשמעת?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נָפַל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הִפִּיל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יִפֹּל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10. באיזה בניין „נִגַּשׁ”?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התפעל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נפעל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11. באיזה בניין „הִבִּיט”?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פיעל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הפעיל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בחסרי פ״נ האות הראשונה בשורש היא נ׳.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בהִפִּיל הדגש בפ׳ בא במקום נ׳ שנבלעה.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בנָפַל (קל, עבר) הנ׳ נבלעת.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 והִפִּיל שייכים לאותה גזרה.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ביִפֹּל יש דגש בפ׳.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בנִכְנַס הנ׳ הראשונה היא אות שורש.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הסבירו מה ההבדל בין הִפִּיל להֵקִים בדרך למציאת השורש.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„נִגַּשׁ”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חידון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