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פ״נ · חידון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לבדוק הבנה: שורשים, גזרות, בניינים וכללים.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🏆 חידון (פ״נ).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נ־ג־ש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נ־צ־ל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נ׳ שנבלעה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נָפַל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בקל עבר הנ׳ נשמעת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הֵקִים – ע״ו/י; הִפִּיל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 באות הראשונה ← נ׳ חסרה (נ־פ־ל); בלי דגש ← י/ו באמצע (ק־י/ו־ם).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🏆 פ״נ · חידון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חידון.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אמריקאיות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השורש של „הִגַּשְׁנוּ”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ג־ש־י/ה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ג־י/ו־ש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נ־ג־ש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השורש של „הִצִּיל”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י/ו־צ־ל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צ־י/ו־ל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נ־צ־ל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השורש של „הִפִּילָה”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פ־ל־י/ה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נ־פ־ל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פ־י/ו־ל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לאיזו גזרה שייך „נָפַל”?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לאיזו גזרה שייך „הִגִּיעַ”?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לאיזו גזרה שייך „נָסַעְנוּ”?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מה מסמן הדגש בהִפִּיל?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נ׳ שנבלעה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חסרה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בניין פיעל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באיזה פועל הנ׳ נשמעת?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נָפַל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הִפִּיל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יִפֹּל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נכון או לא נכון? סמנו.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בחסרי פ״נ האות הראשונה בשורש היא נ׳.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בהִפִּיל הדגש בפ׳ בא במקום נ׳ שנבלעה.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בנָפַל (קל, עבר) הנ׳ נבלעת.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הֵקִים והִפִּיל שייכים לאותה גזרה.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פתוחות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הסבירו מה ההבדל בין הִפִּיל להֵקִים בדרך למציאת השורש.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השאלה הכי קשה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איזו שאלה בחידון הייתה הכי קשה? הסבירו מה הטעה ואיך תזהו בפעם הבאה.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הכלל במילים שלכם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„נָסַעְנוּ”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פ״נ · חידון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